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900771" w14:textId="4A8B6BBB" w:rsidR="0065259F" w:rsidRPr="0065259F" w:rsidRDefault="0065259F" w:rsidP="0065259F">
      <w:pPr>
        <w:pStyle w:val="Nagwek1"/>
        <w:rPr>
          <w:sz w:val="24"/>
          <w:szCs w:val="24"/>
          <w:lang w:val="pl-PL"/>
        </w:rPr>
      </w:pPr>
      <w:r w:rsidRPr="0065259F">
        <w:rPr>
          <w:color w:val="000000" w:themeColor="text1"/>
          <w:sz w:val="24"/>
          <w:szCs w:val="24"/>
          <w:lang w:val="pl-PL"/>
        </w:rPr>
        <w:t>Imię i nazwisko uczestnika: ……………………………………</w:t>
      </w:r>
      <w:proofErr w:type="gramStart"/>
      <w:r w:rsidRPr="0065259F">
        <w:rPr>
          <w:color w:val="000000" w:themeColor="text1"/>
          <w:sz w:val="24"/>
          <w:szCs w:val="24"/>
          <w:lang w:val="pl-PL"/>
        </w:rPr>
        <w:t>…….</w:t>
      </w:r>
      <w:proofErr w:type="gramEnd"/>
      <w:r w:rsidRPr="0065259F">
        <w:rPr>
          <w:color w:val="000000" w:themeColor="text1"/>
          <w:sz w:val="24"/>
          <w:szCs w:val="24"/>
          <w:lang w:val="pl-PL"/>
        </w:rPr>
        <w:t>.</w:t>
      </w:r>
    </w:p>
    <w:p w14:paraId="22E9C843" w14:textId="54B1F832" w:rsidR="00430CC1" w:rsidRPr="0065259F" w:rsidRDefault="0065259F">
      <w:pPr>
        <w:pStyle w:val="Nagwek1"/>
        <w:jc w:val="center"/>
        <w:rPr>
          <w:lang w:val="pl-PL"/>
        </w:rPr>
      </w:pPr>
      <w:r>
        <w:rPr>
          <w:lang w:val="pl-PL"/>
        </w:rPr>
        <w:t>A</w:t>
      </w:r>
      <w:r w:rsidRPr="0065259F">
        <w:rPr>
          <w:lang w:val="pl-PL"/>
        </w:rPr>
        <w:t>nkieta identyfikująca potrzeby ra</w:t>
      </w:r>
      <w:r>
        <w:rPr>
          <w:lang w:val="pl-PL"/>
        </w:rPr>
        <w:t>c</w:t>
      </w:r>
      <w:r w:rsidRPr="0065259F">
        <w:rPr>
          <w:lang w:val="pl-PL"/>
        </w:rPr>
        <w:t>jonalnych usprawnień w ramach projektu</w:t>
      </w:r>
    </w:p>
    <w:p w14:paraId="7DB46C2E" w14:textId="4236AB83" w:rsidR="00430CC1" w:rsidRPr="0065259F" w:rsidRDefault="00000000">
      <w:pPr>
        <w:rPr>
          <w:lang w:val="pl-PL"/>
        </w:rPr>
      </w:pPr>
      <w:r w:rsidRPr="0065259F">
        <w:rPr>
          <w:lang w:val="pl-PL"/>
        </w:rPr>
        <w:t>Projekt „</w:t>
      </w:r>
      <w:r w:rsidR="00BC42FA">
        <w:rPr>
          <w:lang w:val="pl-PL"/>
        </w:rPr>
        <w:t xml:space="preserve">Innowacyjny </w:t>
      </w:r>
      <w:proofErr w:type="spellStart"/>
      <w:r w:rsidR="00BC42FA">
        <w:rPr>
          <w:lang w:val="pl-PL"/>
        </w:rPr>
        <w:t>outplacement</w:t>
      </w:r>
      <w:proofErr w:type="spellEnd"/>
      <w:r w:rsidR="002C5060">
        <w:rPr>
          <w:lang w:val="pl-PL"/>
        </w:rPr>
        <w:t xml:space="preserve"> II</w:t>
      </w:r>
      <w:r w:rsidRPr="0065259F">
        <w:rPr>
          <w:lang w:val="pl-PL"/>
        </w:rPr>
        <w:t>”</w:t>
      </w:r>
      <w:r w:rsidR="0065259F">
        <w:rPr>
          <w:lang w:val="pl-PL"/>
        </w:rPr>
        <w:t>,</w:t>
      </w:r>
      <w:r w:rsidRPr="0065259F">
        <w:rPr>
          <w:lang w:val="pl-PL"/>
        </w:rPr>
        <w:t xml:space="preserve"> </w:t>
      </w:r>
      <w:r w:rsidR="002C5060" w:rsidRPr="002C5060">
        <w:rPr>
          <w:lang w:val="pl-PL"/>
        </w:rPr>
        <w:t>współfinansowan</w:t>
      </w:r>
      <w:r w:rsidR="002C5060">
        <w:rPr>
          <w:lang w:val="pl-PL"/>
        </w:rPr>
        <w:t>y</w:t>
      </w:r>
      <w:r w:rsidR="002C5060" w:rsidRPr="002C5060">
        <w:rPr>
          <w:lang w:val="pl-PL"/>
        </w:rPr>
        <w:t xml:space="preserve"> ze środków Unii Europejskiej w</w:t>
      </w:r>
      <w:r w:rsidR="002C5060">
        <w:rPr>
          <w:lang w:val="pl-PL"/>
        </w:rPr>
        <w:t> </w:t>
      </w:r>
      <w:r w:rsidR="002C5060" w:rsidRPr="002C5060">
        <w:rPr>
          <w:lang w:val="pl-PL"/>
        </w:rPr>
        <w:t>ramach Programu Fundusze Europejskie dla Łódzkiego 2021-2027</w:t>
      </w:r>
      <w:r w:rsidRPr="0065259F">
        <w:rPr>
          <w:lang w:val="pl-PL"/>
        </w:rPr>
        <w:t xml:space="preserve">, realizowany </w:t>
      </w:r>
      <w:r w:rsidR="0065259F">
        <w:rPr>
          <w:lang w:val="pl-PL"/>
        </w:rPr>
        <w:t xml:space="preserve">jest </w:t>
      </w:r>
      <w:r w:rsidRPr="0065259F">
        <w:rPr>
          <w:lang w:val="pl-PL"/>
        </w:rPr>
        <w:t>przez</w:t>
      </w:r>
      <w:r w:rsidR="00BC42FA">
        <w:rPr>
          <w:lang w:val="pl-PL"/>
        </w:rPr>
        <w:t xml:space="preserve"> firmę</w:t>
      </w:r>
      <w:r w:rsidRPr="0065259F">
        <w:rPr>
          <w:lang w:val="pl-PL"/>
        </w:rPr>
        <w:t xml:space="preserve"> Flight Level</w:t>
      </w:r>
      <w:r w:rsidR="0065259F">
        <w:rPr>
          <w:lang w:val="pl-PL"/>
        </w:rPr>
        <w:t xml:space="preserve"> Dominik Majewski</w:t>
      </w:r>
      <w:r w:rsidR="002C5060">
        <w:rPr>
          <w:lang w:val="pl-PL"/>
        </w:rPr>
        <w:t>.</w:t>
      </w:r>
    </w:p>
    <w:p w14:paraId="0DA7299C" w14:textId="59BD0B8B" w:rsidR="00430CC1" w:rsidRPr="0065259F" w:rsidRDefault="00000000">
      <w:pPr>
        <w:rPr>
          <w:lang w:val="pl-PL"/>
        </w:rPr>
      </w:pPr>
      <w:r w:rsidRPr="0065259F">
        <w:rPr>
          <w:lang w:val="pl-PL"/>
        </w:rPr>
        <w:t>Celem ankiety jest identyfikacja potrzeb w zakresie racjonalnych usprawnień dla uczestników/</w:t>
      </w:r>
      <w:r w:rsidR="00BC42FA">
        <w:rPr>
          <w:lang w:val="pl-PL"/>
        </w:rPr>
        <w:t>Uczestniczek</w:t>
      </w:r>
      <w:r w:rsidRPr="0065259F">
        <w:rPr>
          <w:lang w:val="pl-PL"/>
        </w:rPr>
        <w:t xml:space="preserve"> projektu, w szczególności osób z niepełnosprawnościami, osób doświadczających trudności życiowych lub społecznych, które mogą wymagać dostosowania formy wsparcia, narzędzi lub otoczenia.</w:t>
      </w:r>
    </w:p>
    <w:p w14:paraId="60F3F3C0" w14:textId="77777777" w:rsidR="00430CC1" w:rsidRPr="0065259F" w:rsidRDefault="00000000">
      <w:pPr>
        <w:spacing w:after="240"/>
        <w:rPr>
          <w:lang w:val="pl-PL"/>
        </w:rPr>
      </w:pPr>
      <w:r w:rsidRPr="0065259F">
        <w:rPr>
          <w:lang w:val="pl-PL"/>
        </w:rPr>
        <w:t>Prosimy o wypełnienie poniższej ankiety.</w:t>
      </w:r>
    </w:p>
    <w:p w14:paraId="09DB01CB" w14:textId="1198F8CC" w:rsidR="00430CC1" w:rsidRPr="0065259F" w:rsidRDefault="00000000">
      <w:pPr>
        <w:pStyle w:val="Listanumerowana"/>
        <w:rPr>
          <w:lang w:val="pl-PL"/>
        </w:rPr>
      </w:pPr>
      <w:r w:rsidRPr="0065259F">
        <w:rPr>
          <w:lang w:val="pl-PL"/>
        </w:rPr>
        <w:t>Czy posiada Pan/i orzeczenie o niepełnosprawności? Jeśli tak, proszę podać stopień i rodzaj niepełnosprawności.</w:t>
      </w:r>
    </w:p>
    <w:p w14:paraId="31E07195" w14:textId="77777777" w:rsidR="00430CC1" w:rsidRPr="0065259F" w:rsidRDefault="00000000">
      <w:pPr>
        <w:rPr>
          <w:lang w:val="pl-PL"/>
        </w:rPr>
      </w:pPr>
      <w:r w:rsidRPr="0065259F">
        <w:rPr>
          <w:lang w:val="pl-PL"/>
        </w:rPr>
        <w:br/>
      </w:r>
      <w:r w:rsidRPr="0065259F">
        <w:rPr>
          <w:lang w:val="pl-PL"/>
        </w:rPr>
        <w:br/>
      </w:r>
    </w:p>
    <w:p w14:paraId="0A723ABF" w14:textId="5CB26180" w:rsidR="00430CC1" w:rsidRPr="0065259F" w:rsidRDefault="00000000">
      <w:pPr>
        <w:pStyle w:val="Listanumerowana"/>
        <w:rPr>
          <w:lang w:val="pl-PL"/>
        </w:rPr>
      </w:pPr>
      <w:r w:rsidRPr="0065259F">
        <w:rPr>
          <w:lang w:val="pl-PL"/>
        </w:rPr>
        <w:t>Czy istnieją inne przesłanki, które mogą wpływać na Pana/i możliwość udziału w działaniach projektowych (np. choroba przewlekła, trudności psychiczne, problemy z poruszaniem się, trudności w komunikowaniu się itp.)?</w:t>
      </w:r>
    </w:p>
    <w:p w14:paraId="5B446E27" w14:textId="77777777" w:rsidR="00430CC1" w:rsidRPr="0065259F" w:rsidRDefault="00000000">
      <w:pPr>
        <w:rPr>
          <w:lang w:val="pl-PL"/>
        </w:rPr>
      </w:pPr>
      <w:r w:rsidRPr="0065259F">
        <w:rPr>
          <w:lang w:val="pl-PL"/>
        </w:rPr>
        <w:br/>
      </w:r>
      <w:r w:rsidRPr="0065259F">
        <w:rPr>
          <w:lang w:val="pl-PL"/>
        </w:rPr>
        <w:br/>
      </w:r>
    </w:p>
    <w:p w14:paraId="6B42B3EB" w14:textId="4E6ABC1A" w:rsidR="00430CC1" w:rsidRPr="0065259F" w:rsidRDefault="0065259F">
      <w:pPr>
        <w:pStyle w:val="Listanumerowana"/>
        <w:rPr>
          <w:lang w:val="pl-PL"/>
        </w:rPr>
      </w:pPr>
      <w:r>
        <w:rPr>
          <w:lang w:val="pl-PL"/>
        </w:rPr>
        <w:t>C</w:t>
      </w:r>
      <w:r w:rsidRPr="0065259F">
        <w:rPr>
          <w:lang w:val="pl-PL"/>
        </w:rPr>
        <w:t>zy korzysta Pan/i z jakichś racjonalnych usprawnień w codziennym życiu lub pracy (np. pomoc asystenta, specjalistyczny sprzęt, oprogramowanie, elastyczny czas działania)?</w:t>
      </w:r>
    </w:p>
    <w:p w14:paraId="78FD31D5" w14:textId="77777777" w:rsidR="00430CC1" w:rsidRPr="0065259F" w:rsidRDefault="00000000">
      <w:pPr>
        <w:rPr>
          <w:lang w:val="pl-PL"/>
        </w:rPr>
      </w:pPr>
      <w:r w:rsidRPr="0065259F">
        <w:rPr>
          <w:lang w:val="pl-PL"/>
        </w:rPr>
        <w:br/>
      </w:r>
      <w:r w:rsidRPr="0065259F">
        <w:rPr>
          <w:lang w:val="pl-PL"/>
        </w:rPr>
        <w:br/>
      </w:r>
    </w:p>
    <w:p w14:paraId="246DB523" w14:textId="6A7C472A" w:rsidR="00430CC1" w:rsidRPr="0065259F" w:rsidRDefault="00000000">
      <w:pPr>
        <w:pStyle w:val="Listanumerowana"/>
        <w:rPr>
          <w:lang w:val="pl-PL"/>
        </w:rPr>
      </w:pPr>
      <w:r w:rsidRPr="0065259F">
        <w:rPr>
          <w:lang w:val="pl-PL"/>
        </w:rPr>
        <w:t>Jakie formy wsparcia w projekcie byłyby dla Pana/i najbardziej dostępne i przydatne?</w:t>
      </w:r>
    </w:p>
    <w:p w14:paraId="1FCAC3D4" w14:textId="77777777" w:rsidR="00430CC1" w:rsidRPr="0065259F" w:rsidRDefault="00000000">
      <w:pPr>
        <w:rPr>
          <w:lang w:val="pl-PL"/>
        </w:rPr>
      </w:pPr>
      <w:r w:rsidRPr="0065259F">
        <w:rPr>
          <w:lang w:val="pl-PL"/>
        </w:rPr>
        <w:lastRenderedPageBreak/>
        <w:br/>
      </w:r>
      <w:r w:rsidRPr="0065259F">
        <w:rPr>
          <w:lang w:val="pl-PL"/>
        </w:rPr>
        <w:br/>
      </w:r>
    </w:p>
    <w:p w14:paraId="40C753C3" w14:textId="07A27D50" w:rsidR="00430CC1" w:rsidRPr="0065259F" w:rsidRDefault="00000000">
      <w:pPr>
        <w:pStyle w:val="Listanumerowana"/>
        <w:rPr>
          <w:lang w:val="pl-PL"/>
        </w:rPr>
      </w:pPr>
      <w:r w:rsidRPr="0065259F">
        <w:rPr>
          <w:lang w:val="pl-PL"/>
        </w:rPr>
        <w:t>Czy potrzebuje Pan/i dostosowania formy komunikacji (np. materiały w wersji łatwej do czytania, powiększony druk, tłumacz PJM)?</w:t>
      </w:r>
    </w:p>
    <w:p w14:paraId="39E53F13" w14:textId="77777777" w:rsidR="00430CC1" w:rsidRPr="0065259F" w:rsidRDefault="00000000">
      <w:pPr>
        <w:rPr>
          <w:lang w:val="pl-PL"/>
        </w:rPr>
      </w:pPr>
      <w:r w:rsidRPr="0065259F">
        <w:rPr>
          <w:lang w:val="pl-PL"/>
        </w:rPr>
        <w:br/>
      </w:r>
      <w:r w:rsidRPr="0065259F">
        <w:rPr>
          <w:lang w:val="pl-PL"/>
        </w:rPr>
        <w:br/>
      </w:r>
    </w:p>
    <w:p w14:paraId="2AB19093" w14:textId="6D8089A0" w:rsidR="00430CC1" w:rsidRPr="0065259F" w:rsidRDefault="0065259F">
      <w:pPr>
        <w:pStyle w:val="Listanumerowana"/>
        <w:rPr>
          <w:lang w:val="pl-PL"/>
        </w:rPr>
      </w:pPr>
      <w:r>
        <w:rPr>
          <w:lang w:val="pl-PL"/>
        </w:rPr>
        <w:t>C</w:t>
      </w:r>
      <w:r w:rsidRPr="0065259F">
        <w:rPr>
          <w:lang w:val="pl-PL"/>
        </w:rPr>
        <w:t>zy uczestnictwo w działaniach może wymagać dodatkowego wsparcia (np. transport, opieka nad osobą zależną)?</w:t>
      </w:r>
    </w:p>
    <w:p w14:paraId="7904149E" w14:textId="77777777" w:rsidR="00430CC1" w:rsidRPr="0065259F" w:rsidRDefault="00000000">
      <w:pPr>
        <w:rPr>
          <w:lang w:val="pl-PL"/>
        </w:rPr>
      </w:pPr>
      <w:r w:rsidRPr="0065259F">
        <w:rPr>
          <w:lang w:val="pl-PL"/>
        </w:rPr>
        <w:br/>
      </w:r>
      <w:r w:rsidRPr="0065259F">
        <w:rPr>
          <w:lang w:val="pl-PL"/>
        </w:rPr>
        <w:br/>
      </w:r>
    </w:p>
    <w:p w14:paraId="2C97DA99" w14:textId="66DB9A39" w:rsidR="00430CC1" w:rsidRPr="0065259F" w:rsidRDefault="00000000">
      <w:pPr>
        <w:pStyle w:val="Listanumerowana"/>
        <w:rPr>
          <w:lang w:val="pl-PL"/>
        </w:rPr>
      </w:pPr>
      <w:r w:rsidRPr="0065259F">
        <w:rPr>
          <w:lang w:val="pl-PL"/>
        </w:rPr>
        <w:t>Inne uwagi, potrzeby lub sugestie dotyczące Pana/i udziału w projekcie:</w:t>
      </w:r>
    </w:p>
    <w:p w14:paraId="58A9FA52" w14:textId="77777777" w:rsidR="00430CC1" w:rsidRDefault="00000000">
      <w:pPr>
        <w:rPr>
          <w:lang w:val="pl-PL"/>
        </w:rPr>
      </w:pPr>
      <w:r w:rsidRPr="0065259F">
        <w:rPr>
          <w:lang w:val="pl-PL"/>
        </w:rPr>
        <w:br/>
      </w:r>
      <w:r w:rsidRPr="0065259F">
        <w:rPr>
          <w:lang w:val="pl-PL"/>
        </w:rPr>
        <w:br/>
      </w:r>
    </w:p>
    <w:p w14:paraId="3540052D" w14:textId="77777777" w:rsidR="00BC42FA" w:rsidRPr="0065259F" w:rsidRDefault="00BC42FA">
      <w:pPr>
        <w:rPr>
          <w:lang w:val="pl-PL"/>
        </w:rPr>
      </w:pPr>
    </w:p>
    <w:p w14:paraId="0BF4F45C" w14:textId="5DD906FA" w:rsidR="00430CC1" w:rsidRDefault="00000000" w:rsidP="0065259F">
      <w:pPr>
        <w:pStyle w:val="Cytatintensywny"/>
        <w:jc w:val="right"/>
        <w:rPr>
          <w:lang w:val="pl-PL"/>
        </w:rPr>
      </w:pPr>
      <w:r w:rsidRPr="0065259F">
        <w:rPr>
          <w:lang w:val="pl-PL"/>
        </w:rPr>
        <w:t>Wyrażam zgodę na przetwarzanie moich danych osobowych na potrzeby realizacji i monitoringu projektu zgodnie z obowiązującymi przepisami RODO</w:t>
      </w:r>
      <w:r w:rsidR="0065259F">
        <w:rPr>
          <w:lang w:val="pl-PL"/>
        </w:rPr>
        <w:t>.</w:t>
      </w:r>
    </w:p>
    <w:p w14:paraId="3FD110E5" w14:textId="77777777" w:rsidR="0065259F" w:rsidRDefault="0065259F" w:rsidP="0065259F">
      <w:pPr>
        <w:rPr>
          <w:lang w:val="pl-PL"/>
        </w:rPr>
      </w:pPr>
    </w:p>
    <w:p w14:paraId="28947E27" w14:textId="77777777" w:rsidR="00BC42FA" w:rsidRPr="0065259F" w:rsidRDefault="00BC42FA" w:rsidP="0065259F">
      <w:pPr>
        <w:rPr>
          <w:lang w:val="pl-PL"/>
        </w:rPr>
      </w:pPr>
    </w:p>
    <w:p w14:paraId="4F4F155C" w14:textId="77777777" w:rsidR="00430CC1" w:rsidRDefault="00000000">
      <w:pPr>
        <w:spacing w:after="120"/>
      </w:pPr>
      <w:r>
        <w:t>Data: ______________________</w:t>
      </w:r>
    </w:p>
    <w:p w14:paraId="3542C906" w14:textId="77777777" w:rsidR="00BC42FA" w:rsidRDefault="00BC42FA">
      <w:pPr>
        <w:spacing w:after="120"/>
      </w:pPr>
    </w:p>
    <w:p w14:paraId="27F33D25" w14:textId="77777777" w:rsidR="00430CC1" w:rsidRDefault="00000000">
      <w:r>
        <w:t>Podpis: _____________________</w:t>
      </w:r>
    </w:p>
    <w:sectPr w:rsidR="00430CC1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A5B613" w14:textId="77777777" w:rsidR="00295CEA" w:rsidRDefault="00295CEA" w:rsidP="0065259F">
      <w:pPr>
        <w:spacing w:after="0" w:line="240" w:lineRule="auto"/>
      </w:pPr>
      <w:r>
        <w:separator/>
      </w:r>
    </w:p>
  </w:endnote>
  <w:endnote w:type="continuationSeparator" w:id="0">
    <w:p w14:paraId="5C09B28D" w14:textId="77777777" w:rsidR="00295CEA" w:rsidRDefault="00295CEA" w:rsidP="0065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AE2FB5B" w14:textId="77777777" w:rsidR="00295CEA" w:rsidRDefault="00295CEA" w:rsidP="0065259F">
      <w:pPr>
        <w:spacing w:after="0" w:line="240" w:lineRule="auto"/>
      </w:pPr>
      <w:r>
        <w:separator/>
      </w:r>
    </w:p>
  </w:footnote>
  <w:footnote w:type="continuationSeparator" w:id="0">
    <w:p w14:paraId="76AE08DF" w14:textId="77777777" w:rsidR="00295CEA" w:rsidRDefault="00295CEA" w:rsidP="00652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353A54" w14:textId="52FE15E8" w:rsidR="0065259F" w:rsidRDefault="0065259F">
    <w:pPr>
      <w:pStyle w:val="Nagwek"/>
    </w:pPr>
    <w:r w:rsidRPr="002951E9">
      <w:rPr>
        <w:noProof/>
      </w:rPr>
      <w:drawing>
        <wp:inline distT="0" distB="0" distL="0" distR="0" wp14:anchorId="789B3EE4" wp14:editId="6081EA1A">
          <wp:extent cx="5486400" cy="705913"/>
          <wp:effectExtent l="0" t="0" r="0" b="0"/>
          <wp:docPr id="2023614361" name="Obraz 1" descr="Obraz zawierający tekst, czarne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614361" name="Obraz 1" descr="Obraz zawierający tekst, czarne, Czcionka, zrzut ekranu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7059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9238671">
    <w:abstractNumId w:val="8"/>
  </w:num>
  <w:num w:numId="2" w16cid:durableId="885263837">
    <w:abstractNumId w:val="6"/>
  </w:num>
  <w:num w:numId="3" w16cid:durableId="482237001">
    <w:abstractNumId w:val="5"/>
  </w:num>
  <w:num w:numId="4" w16cid:durableId="1123882670">
    <w:abstractNumId w:val="4"/>
  </w:num>
  <w:num w:numId="5" w16cid:durableId="207769146">
    <w:abstractNumId w:val="7"/>
  </w:num>
  <w:num w:numId="6" w16cid:durableId="436557372">
    <w:abstractNumId w:val="3"/>
  </w:num>
  <w:num w:numId="7" w16cid:durableId="2134981949">
    <w:abstractNumId w:val="2"/>
  </w:num>
  <w:num w:numId="8" w16cid:durableId="84887010">
    <w:abstractNumId w:val="1"/>
  </w:num>
  <w:num w:numId="9" w16cid:durableId="19866634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5CEA"/>
    <w:rsid w:val="0029639D"/>
    <w:rsid w:val="002C5060"/>
    <w:rsid w:val="00326F90"/>
    <w:rsid w:val="00430CC1"/>
    <w:rsid w:val="0052472A"/>
    <w:rsid w:val="0065259F"/>
    <w:rsid w:val="009237BB"/>
    <w:rsid w:val="00AA1D8D"/>
    <w:rsid w:val="00B47730"/>
    <w:rsid w:val="00BC42FA"/>
    <w:rsid w:val="00CA5F09"/>
    <w:rsid w:val="00CB0664"/>
    <w:rsid w:val="00CE4043"/>
    <w:rsid w:val="00D962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2925A5"/>
  <w14:defaultImageDpi w14:val="300"/>
  <w15:docId w15:val="{A05B0AF0-8CA1-3B4C-B7EF-393AEFC5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1561</Characters>
  <Application>Microsoft Office Word</Application>
  <DocSecurity>0</DocSecurity>
  <Lines>55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Dominik Majewski</cp:lastModifiedBy>
  <cp:revision>2</cp:revision>
  <dcterms:created xsi:type="dcterms:W3CDTF">2026-08-13T16:54:00Z</dcterms:created>
  <dcterms:modified xsi:type="dcterms:W3CDTF">2026-08-13T16:54:00Z</dcterms:modified>
  <cp:category/>
</cp:coreProperties>
</file>